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Experiences in Close Relationships</w:t>
      </w:r>
    </w:p>
    <w:p>
      <w:r>
        <w:t>Brennan, Clark and Shaver, 1998</w:t>
      </w:r>
    </w:p>
    <w:p>
      <w:pPr>
        <w:pStyle w:val="Subtitle"/>
      </w:pPr>
      <w:r>
        <w:t>English questionnaire</w:t>
      </w:r>
    </w:p>
    <w:p>
      <w:r>
        <w:t>Experience of Close Relationship Scale (ECR; Brennan, Clark, &amp; Shaver, 1998)</w:t>
      </w:r>
    </w:p>
    <w:p>
      <w:r>
        <w:t>Instructions: the following statements concern how you feel in romantic relationships. We are interested in how you generally experience relationships, not just in what is happening in a current relationship. Respond to each statement by indicating how much you agree or disagree with it. Write the number in the space provided using the following scale:</w:t>
      </w:r>
    </w:p>
    <w:p>
      <w:r>
        <w:t>1 = Disagree strongly; 4 = Neutral or mixed; 7 = Agree strongly.</w:t>
      </w:r>
    </w:p>
    <w:tbl>
      <w:tblPr>
        <w:tblStyle w:val="TableGrid"/>
        <w:tblW w:type="auto" w:w="0"/>
        <w:tblLayout w:type="fixed"/>
        <w:tblLook w:firstColumn="1" w:firstRow="1" w:lastColumn="0" w:lastRow="0" w:noHBand="0" w:noVBand="1" w:val="04A0"/>
      </w:tblPr>
      <w:tblGrid>
        <w:gridCol w:w="504"/>
        <w:gridCol w:w="7344"/>
        <w:gridCol w:w="1872"/>
      </w:tblGrid>
      <w:tr>
        <w:trPr>
          <w:tblHeader/>
        </w:trPr>
        <w:tc>
          <w:tcPr>
            <w:tcW w:type="dxa" w:w="3298"/>
          </w:tcPr>
          <w:p>
            <w:r>
              <w:t>No</w:t>
            </w:r>
          </w:p>
        </w:tc>
        <w:tc>
          <w:tcPr>
            <w:tcW w:type="dxa" w:w="3298"/>
          </w:tcPr>
          <w:p>
            <w:r>
              <w:t>Statement</w:t>
            </w:r>
          </w:p>
        </w:tc>
        <w:tc>
          <w:tcPr>
            <w:tcW w:type="dxa" w:w="3298"/>
          </w:tcPr>
          <w:p>
            <w:r>
              <w:t>Response</w:t>
            </w:r>
          </w:p>
        </w:tc>
      </w:tr>
      <w:tr>
        <w:trPr>
          <w:cantSplit/>
        </w:trPr>
        <w:tc>
          <w:tcPr>
            <w:tcW w:type="dxa" w:w="504"/>
          </w:tcPr>
          <w:p>
            <w:pPr>
              <w:spacing w:after="30" w:before="30"/>
            </w:pPr>
            <w:r>
              <w:t>1</w:t>
            </w:r>
          </w:p>
        </w:tc>
        <w:tc>
          <w:tcPr>
            <w:tcW w:type="dxa" w:w="7344"/>
          </w:tcPr>
          <w:p>
            <w:pPr>
              <w:spacing w:after="30" w:before="30"/>
            </w:pPr>
            <w:r>
              <w:t>I prefer not to show a partner how I feel deep down.</w:t>
            </w:r>
          </w:p>
        </w:tc>
        <w:tc>
          <w:tcPr>
            <w:tcW w:type="dxa" w:w="1872"/>
          </w:tcPr>
          <w:p>
            <w:pPr>
              <w:spacing w:after="30" w:before="30"/>
            </w:pPr>
            <w:r>
              <w:rPr>
                <w:sz w:val="18"/>
              </w:rPr>
              <w:t>1  2  3  4  5  6  7</w:t>
            </w:r>
          </w:p>
        </w:tc>
      </w:tr>
      <w:tr>
        <w:trPr>
          <w:cantSplit/>
        </w:trPr>
        <w:tc>
          <w:tcPr>
            <w:tcW w:type="dxa" w:w="504"/>
          </w:tcPr>
          <w:p>
            <w:pPr>
              <w:spacing w:after="30" w:before="30"/>
            </w:pPr>
            <w:r>
              <w:t>2</w:t>
            </w:r>
          </w:p>
        </w:tc>
        <w:tc>
          <w:tcPr>
            <w:tcW w:type="dxa" w:w="7344"/>
          </w:tcPr>
          <w:p>
            <w:pPr>
              <w:spacing w:after="30" w:before="30"/>
            </w:pPr>
            <w:r>
              <w:t>I worry about being abandoned.</w:t>
            </w:r>
          </w:p>
        </w:tc>
        <w:tc>
          <w:tcPr>
            <w:tcW w:type="dxa" w:w="1872"/>
          </w:tcPr>
          <w:p>
            <w:pPr>
              <w:spacing w:after="30" w:before="30"/>
            </w:pPr>
            <w:r>
              <w:rPr>
                <w:sz w:val="18"/>
              </w:rPr>
              <w:t>1  2  3  4  5  6  7</w:t>
            </w:r>
          </w:p>
        </w:tc>
      </w:tr>
      <w:tr>
        <w:trPr>
          <w:cantSplit/>
        </w:trPr>
        <w:tc>
          <w:tcPr>
            <w:tcW w:type="dxa" w:w="504"/>
          </w:tcPr>
          <w:p>
            <w:pPr>
              <w:spacing w:after="30" w:before="30"/>
            </w:pPr>
            <w:r>
              <w:t>3</w:t>
            </w:r>
          </w:p>
        </w:tc>
        <w:tc>
          <w:tcPr>
            <w:tcW w:type="dxa" w:w="7344"/>
          </w:tcPr>
          <w:p>
            <w:pPr>
              <w:spacing w:after="30" w:before="30"/>
            </w:pPr>
            <w:r>
              <w:t>I am very comfortable being close to romantic partners.</w:t>
            </w:r>
          </w:p>
        </w:tc>
        <w:tc>
          <w:tcPr>
            <w:tcW w:type="dxa" w:w="1872"/>
          </w:tcPr>
          <w:p>
            <w:pPr>
              <w:spacing w:after="30" w:before="30"/>
            </w:pPr>
            <w:r>
              <w:rPr>
                <w:sz w:val="18"/>
              </w:rPr>
              <w:t>1  2  3  4  5  6  7</w:t>
            </w:r>
          </w:p>
        </w:tc>
      </w:tr>
      <w:tr>
        <w:trPr>
          <w:cantSplit/>
        </w:trPr>
        <w:tc>
          <w:tcPr>
            <w:tcW w:type="dxa" w:w="504"/>
          </w:tcPr>
          <w:p>
            <w:pPr>
              <w:spacing w:after="30" w:before="30"/>
            </w:pPr>
            <w:r>
              <w:t>4</w:t>
            </w:r>
          </w:p>
        </w:tc>
        <w:tc>
          <w:tcPr>
            <w:tcW w:type="dxa" w:w="7344"/>
          </w:tcPr>
          <w:p>
            <w:pPr>
              <w:spacing w:after="30" w:before="30"/>
            </w:pPr>
            <w:r>
              <w:t>I worry a lot about my relationships.</w:t>
            </w:r>
          </w:p>
        </w:tc>
        <w:tc>
          <w:tcPr>
            <w:tcW w:type="dxa" w:w="1872"/>
          </w:tcPr>
          <w:p>
            <w:pPr>
              <w:spacing w:after="30" w:before="30"/>
            </w:pPr>
            <w:r>
              <w:rPr>
                <w:sz w:val="18"/>
              </w:rPr>
              <w:t>1  2  3  4  5  6  7</w:t>
            </w:r>
          </w:p>
        </w:tc>
      </w:tr>
      <w:tr>
        <w:trPr>
          <w:cantSplit/>
        </w:trPr>
        <w:tc>
          <w:tcPr>
            <w:tcW w:type="dxa" w:w="504"/>
          </w:tcPr>
          <w:p>
            <w:pPr>
              <w:spacing w:after="30" w:before="30"/>
            </w:pPr>
            <w:r>
              <w:t>5</w:t>
            </w:r>
          </w:p>
        </w:tc>
        <w:tc>
          <w:tcPr>
            <w:tcW w:type="dxa" w:w="7344"/>
          </w:tcPr>
          <w:p>
            <w:pPr>
              <w:spacing w:after="30" w:before="30"/>
            </w:pPr>
            <w:r>
              <w:t>Just when my partner starts to get close to me I find myself pulling away.</w:t>
            </w:r>
          </w:p>
        </w:tc>
        <w:tc>
          <w:tcPr>
            <w:tcW w:type="dxa" w:w="1872"/>
          </w:tcPr>
          <w:p>
            <w:pPr>
              <w:spacing w:after="30" w:before="30"/>
            </w:pPr>
            <w:r>
              <w:rPr>
                <w:sz w:val="18"/>
              </w:rPr>
              <w:t>1  2  3  4  5  6  7</w:t>
            </w:r>
          </w:p>
        </w:tc>
      </w:tr>
      <w:tr>
        <w:trPr>
          <w:cantSplit/>
        </w:trPr>
        <w:tc>
          <w:tcPr>
            <w:tcW w:type="dxa" w:w="504"/>
          </w:tcPr>
          <w:p>
            <w:pPr>
              <w:spacing w:after="30" w:before="30"/>
            </w:pPr>
            <w:r>
              <w:t>6</w:t>
            </w:r>
          </w:p>
        </w:tc>
        <w:tc>
          <w:tcPr>
            <w:tcW w:type="dxa" w:w="7344"/>
          </w:tcPr>
          <w:p>
            <w:pPr>
              <w:spacing w:after="30" w:before="30"/>
            </w:pPr>
            <w:r>
              <w:t>I worry that romantic partners won’t care about me as much as I care about them.</w:t>
            </w:r>
          </w:p>
        </w:tc>
        <w:tc>
          <w:tcPr>
            <w:tcW w:type="dxa" w:w="1872"/>
          </w:tcPr>
          <w:p>
            <w:pPr>
              <w:spacing w:after="30" w:before="30"/>
            </w:pPr>
            <w:r>
              <w:rPr>
                <w:sz w:val="18"/>
              </w:rPr>
              <w:t>1  2  3  4  5  6  7</w:t>
            </w:r>
          </w:p>
        </w:tc>
      </w:tr>
      <w:tr>
        <w:trPr>
          <w:cantSplit/>
        </w:trPr>
        <w:tc>
          <w:tcPr>
            <w:tcW w:type="dxa" w:w="504"/>
          </w:tcPr>
          <w:p>
            <w:pPr>
              <w:spacing w:after="30" w:before="30"/>
            </w:pPr>
            <w:r>
              <w:t>7</w:t>
            </w:r>
          </w:p>
        </w:tc>
        <w:tc>
          <w:tcPr>
            <w:tcW w:type="dxa" w:w="7344"/>
          </w:tcPr>
          <w:p>
            <w:pPr>
              <w:spacing w:after="30" w:before="30"/>
            </w:pPr>
            <w:r>
              <w:t>I get uncomfortable when a romantic partner wants to be very close.</w:t>
            </w:r>
          </w:p>
        </w:tc>
        <w:tc>
          <w:tcPr>
            <w:tcW w:type="dxa" w:w="1872"/>
          </w:tcPr>
          <w:p>
            <w:pPr>
              <w:spacing w:after="30" w:before="30"/>
            </w:pPr>
            <w:r>
              <w:rPr>
                <w:sz w:val="18"/>
              </w:rPr>
              <w:t>1  2  3  4  5  6  7</w:t>
            </w:r>
          </w:p>
        </w:tc>
      </w:tr>
      <w:tr>
        <w:trPr>
          <w:cantSplit/>
        </w:trPr>
        <w:tc>
          <w:tcPr>
            <w:tcW w:type="dxa" w:w="504"/>
          </w:tcPr>
          <w:p>
            <w:pPr>
              <w:spacing w:after="30" w:before="30"/>
            </w:pPr>
            <w:r>
              <w:t>8</w:t>
            </w:r>
          </w:p>
        </w:tc>
        <w:tc>
          <w:tcPr>
            <w:tcW w:type="dxa" w:w="7344"/>
          </w:tcPr>
          <w:p>
            <w:pPr>
              <w:spacing w:after="30" w:before="30"/>
            </w:pPr>
            <w:r>
              <w:t>I worry a fair amount about losing my partner.</w:t>
            </w:r>
          </w:p>
        </w:tc>
        <w:tc>
          <w:tcPr>
            <w:tcW w:type="dxa" w:w="1872"/>
          </w:tcPr>
          <w:p>
            <w:pPr>
              <w:spacing w:after="30" w:before="30"/>
            </w:pPr>
            <w:r>
              <w:rPr>
                <w:sz w:val="18"/>
              </w:rPr>
              <w:t>1  2  3  4  5  6  7</w:t>
            </w:r>
          </w:p>
        </w:tc>
      </w:tr>
      <w:tr>
        <w:trPr>
          <w:cantSplit/>
        </w:trPr>
        <w:tc>
          <w:tcPr>
            <w:tcW w:type="dxa" w:w="504"/>
          </w:tcPr>
          <w:p>
            <w:pPr>
              <w:spacing w:after="30" w:before="30"/>
            </w:pPr>
            <w:r>
              <w:t>9</w:t>
            </w:r>
          </w:p>
        </w:tc>
        <w:tc>
          <w:tcPr>
            <w:tcW w:type="dxa" w:w="7344"/>
          </w:tcPr>
          <w:p>
            <w:pPr>
              <w:spacing w:after="30" w:before="30"/>
            </w:pPr>
            <w:r>
              <w:t>I don’t feel comfortable opening up to romantic partners.</w:t>
            </w:r>
          </w:p>
        </w:tc>
        <w:tc>
          <w:tcPr>
            <w:tcW w:type="dxa" w:w="1872"/>
          </w:tcPr>
          <w:p>
            <w:pPr>
              <w:spacing w:after="30" w:before="30"/>
            </w:pPr>
            <w:r>
              <w:rPr>
                <w:sz w:val="18"/>
              </w:rPr>
              <w:t>1  2  3  4  5  6  7</w:t>
            </w:r>
          </w:p>
        </w:tc>
      </w:tr>
      <w:tr>
        <w:trPr>
          <w:cantSplit/>
        </w:trPr>
        <w:tc>
          <w:tcPr>
            <w:tcW w:type="dxa" w:w="504"/>
          </w:tcPr>
          <w:p>
            <w:pPr>
              <w:spacing w:after="30" w:before="30"/>
            </w:pPr>
            <w:r>
              <w:t>10</w:t>
            </w:r>
          </w:p>
        </w:tc>
        <w:tc>
          <w:tcPr>
            <w:tcW w:type="dxa" w:w="7344"/>
          </w:tcPr>
          <w:p>
            <w:pPr>
              <w:spacing w:after="30" w:before="30"/>
            </w:pPr>
            <w:r>
              <w:t>I often wish that my partner’s feelings for me were as strong as my feeling for him/her.</w:t>
            </w:r>
          </w:p>
        </w:tc>
        <w:tc>
          <w:tcPr>
            <w:tcW w:type="dxa" w:w="1872"/>
          </w:tcPr>
          <w:p>
            <w:pPr>
              <w:spacing w:after="30" w:before="30"/>
            </w:pPr>
            <w:r>
              <w:rPr>
                <w:sz w:val="18"/>
              </w:rPr>
              <w:t>1  2  3  4  5  6  7</w:t>
            </w:r>
          </w:p>
        </w:tc>
      </w:tr>
      <w:tr>
        <w:trPr>
          <w:cantSplit/>
        </w:trPr>
        <w:tc>
          <w:tcPr>
            <w:tcW w:type="dxa" w:w="504"/>
          </w:tcPr>
          <w:p>
            <w:pPr>
              <w:spacing w:after="30" w:before="30"/>
            </w:pPr>
            <w:r>
              <w:t>11</w:t>
            </w:r>
          </w:p>
        </w:tc>
        <w:tc>
          <w:tcPr>
            <w:tcW w:type="dxa" w:w="7344"/>
          </w:tcPr>
          <w:p>
            <w:pPr>
              <w:spacing w:after="30" w:before="30"/>
            </w:pPr>
            <w:r>
              <w:t>I want to get close to my partner, but I keep pulling back.</w:t>
            </w:r>
          </w:p>
        </w:tc>
        <w:tc>
          <w:tcPr>
            <w:tcW w:type="dxa" w:w="1872"/>
          </w:tcPr>
          <w:p>
            <w:pPr>
              <w:spacing w:after="30" w:before="30"/>
            </w:pPr>
            <w:r>
              <w:rPr>
                <w:sz w:val="18"/>
              </w:rPr>
              <w:t>1  2  3  4  5  6  7</w:t>
            </w:r>
          </w:p>
        </w:tc>
      </w:tr>
      <w:tr>
        <w:trPr>
          <w:cantSplit/>
        </w:trPr>
        <w:tc>
          <w:tcPr>
            <w:tcW w:type="dxa" w:w="504"/>
          </w:tcPr>
          <w:p>
            <w:pPr>
              <w:spacing w:after="30" w:before="30"/>
            </w:pPr>
            <w:r>
              <w:t>12</w:t>
            </w:r>
          </w:p>
        </w:tc>
        <w:tc>
          <w:tcPr>
            <w:tcW w:type="dxa" w:w="7344"/>
          </w:tcPr>
          <w:p>
            <w:pPr>
              <w:spacing w:after="30" w:before="30"/>
            </w:pPr>
            <w:r>
              <w:t>I often want to merge completely with romantic partners, and this sometimes scares them away.</w:t>
            </w:r>
          </w:p>
        </w:tc>
        <w:tc>
          <w:tcPr>
            <w:tcW w:type="dxa" w:w="1872"/>
          </w:tcPr>
          <w:p>
            <w:pPr>
              <w:spacing w:after="30" w:before="30"/>
            </w:pPr>
            <w:r>
              <w:rPr>
                <w:sz w:val="18"/>
              </w:rPr>
              <w:t>1  2  3  4  5  6  7</w:t>
            </w:r>
          </w:p>
        </w:tc>
      </w:tr>
      <w:tr>
        <w:trPr>
          <w:cantSplit/>
        </w:trPr>
        <w:tc>
          <w:tcPr>
            <w:tcW w:type="dxa" w:w="504"/>
          </w:tcPr>
          <w:p>
            <w:pPr>
              <w:spacing w:after="30" w:before="30"/>
            </w:pPr>
            <w:r>
              <w:t>13</w:t>
            </w:r>
          </w:p>
        </w:tc>
        <w:tc>
          <w:tcPr>
            <w:tcW w:type="dxa" w:w="7344"/>
          </w:tcPr>
          <w:p>
            <w:pPr>
              <w:spacing w:after="30" w:before="30"/>
            </w:pPr>
            <w:r>
              <w:t>I am nervous when partners get too close to me.</w:t>
            </w:r>
          </w:p>
        </w:tc>
        <w:tc>
          <w:tcPr>
            <w:tcW w:type="dxa" w:w="1872"/>
          </w:tcPr>
          <w:p>
            <w:pPr>
              <w:spacing w:after="30" w:before="30"/>
            </w:pPr>
            <w:r>
              <w:rPr>
                <w:sz w:val="18"/>
              </w:rPr>
              <w:t>1  2  3  4  5  6  7</w:t>
            </w:r>
          </w:p>
        </w:tc>
      </w:tr>
      <w:tr>
        <w:trPr>
          <w:cantSplit/>
        </w:trPr>
        <w:tc>
          <w:tcPr>
            <w:tcW w:type="dxa" w:w="504"/>
          </w:tcPr>
          <w:p>
            <w:pPr>
              <w:spacing w:after="30" w:before="30"/>
            </w:pPr>
            <w:r>
              <w:t>14</w:t>
            </w:r>
          </w:p>
        </w:tc>
        <w:tc>
          <w:tcPr>
            <w:tcW w:type="dxa" w:w="7344"/>
          </w:tcPr>
          <w:p>
            <w:pPr>
              <w:spacing w:after="30" w:before="30"/>
            </w:pPr>
            <w:r>
              <w:t>I worry about being alone.</w:t>
            </w:r>
          </w:p>
        </w:tc>
        <w:tc>
          <w:tcPr>
            <w:tcW w:type="dxa" w:w="1872"/>
          </w:tcPr>
          <w:p>
            <w:pPr>
              <w:spacing w:after="30" w:before="30"/>
            </w:pPr>
            <w:r>
              <w:rPr>
                <w:sz w:val="18"/>
              </w:rPr>
              <w:t>1  2  3  4  5  6  7</w:t>
            </w:r>
          </w:p>
        </w:tc>
      </w:tr>
      <w:tr>
        <w:trPr>
          <w:cantSplit/>
        </w:trPr>
        <w:tc>
          <w:tcPr>
            <w:tcW w:type="dxa" w:w="504"/>
          </w:tcPr>
          <w:p>
            <w:pPr>
              <w:spacing w:after="30" w:before="30"/>
            </w:pPr>
            <w:r>
              <w:t>15</w:t>
            </w:r>
          </w:p>
        </w:tc>
        <w:tc>
          <w:tcPr>
            <w:tcW w:type="dxa" w:w="7344"/>
          </w:tcPr>
          <w:p>
            <w:pPr>
              <w:spacing w:after="30" w:before="30"/>
            </w:pPr>
            <w:r>
              <w:t>I feel comfortable sharing my private thoughts and feelings with my partner.</w:t>
            </w:r>
          </w:p>
        </w:tc>
        <w:tc>
          <w:tcPr>
            <w:tcW w:type="dxa" w:w="1872"/>
          </w:tcPr>
          <w:p>
            <w:pPr>
              <w:spacing w:after="30" w:before="30"/>
            </w:pPr>
            <w:r>
              <w:rPr>
                <w:sz w:val="18"/>
              </w:rPr>
              <w:t>1  2  3  4  5  6  7</w:t>
            </w:r>
          </w:p>
        </w:tc>
      </w:tr>
      <w:tr>
        <w:trPr>
          <w:cantSplit/>
        </w:trPr>
        <w:tc>
          <w:tcPr>
            <w:tcW w:type="dxa" w:w="504"/>
          </w:tcPr>
          <w:p>
            <w:pPr>
              <w:spacing w:after="30" w:before="30"/>
            </w:pPr>
            <w:r>
              <w:t>16</w:t>
            </w:r>
          </w:p>
        </w:tc>
        <w:tc>
          <w:tcPr>
            <w:tcW w:type="dxa" w:w="7344"/>
          </w:tcPr>
          <w:p>
            <w:pPr>
              <w:spacing w:after="30" w:before="30"/>
            </w:pPr>
            <w:r>
              <w:t>My desire to be very close sometimes scares people away.</w:t>
            </w:r>
          </w:p>
        </w:tc>
        <w:tc>
          <w:tcPr>
            <w:tcW w:type="dxa" w:w="1872"/>
          </w:tcPr>
          <w:p>
            <w:pPr>
              <w:spacing w:after="30" w:before="30"/>
            </w:pPr>
            <w:r>
              <w:rPr>
                <w:sz w:val="18"/>
              </w:rPr>
              <w:t>1  2  3  4  5  6  7</w:t>
            </w:r>
          </w:p>
        </w:tc>
      </w:tr>
      <w:tr>
        <w:trPr>
          <w:cantSplit/>
        </w:trPr>
        <w:tc>
          <w:tcPr>
            <w:tcW w:type="dxa" w:w="504"/>
          </w:tcPr>
          <w:p>
            <w:pPr>
              <w:spacing w:after="30" w:before="30"/>
            </w:pPr>
            <w:r>
              <w:t>17</w:t>
            </w:r>
          </w:p>
        </w:tc>
        <w:tc>
          <w:tcPr>
            <w:tcW w:type="dxa" w:w="7344"/>
          </w:tcPr>
          <w:p>
            <w:pPr>
              <w:spacing w:after="30" w:before="30"/>
            </w:pPr>
            <w:r>
              <w:t>I try to avoid getting too close to my partner.</w:t>
            </w:r>
          </w:p>
        </w:tc>
        <w:tc>
          <w:tcPr>
            <w:tcW w:type="dxa" w:w="1872"/>
          </w:tcPr>
          <w:p>
            <w:pPr>
              <w:spacing w:after="30" w:before="30"/>
            </w:pPr>
            <w:r>
              <w:rPr>
                <w:sz w:val="18"/>
              </w:rPr>
              <w:t>1  2  3  4  5  6  7</w:t>
            </w:r>
          </w:p>
        </w:tc>
      </w:tr>
      <w:tr>
        <w:trPr>
          <w:cantSplit/>
        </w:trPr>
        <w:tc>
          <w:tcPr>
            <w:tcW w:type="dxa" w:w="504"/>
          </w:tcPr>
          <w:p>
            <w:pPr>
              <w:spacing w:after="30" w:before="30"/>
            </w:pPr>
            <w:r>
              <w:t>18</w:t>
            </w:r>
          </w:p>
        </w:tc>
        <w:tc>
          <w:tcPr>
            <w:tcW w:type="dxa" w:w="7344"/>
          </w:tcPr>
          <w:p>
            <w:pPr>
              <w:spacing w:after="30" w:before="30"/>
            </w:pPr>
            <w:r>
              <w:t>I need a lot of reassurance that I am loved by my partner.</w:t>
            </w:r>
          </w:p>
        </w:tc>
        <w:tc>
          <w:tcPr>
            <w:tcW w:type="dxa" w:w="1872"/>
          </w:tcPr>
          <w:p>
            <w:pPr>
              <w:spacing w:after="30" w:before="30"/>
            </w:pPr>
            <w:r>
              <w:rPr>
                <w:sz w:val="18"/>
              </w:rPr>
              <w:t>1  2  3  4  5  6  7</w:t>
            </w:r>
          </w:p>
        </w:tc>
      </w:tr>
      <w:tr>
        <w:trPr>
          <w:cantSplit/>
        </w:trPr>
        <w:tc>
          <w:tcPr>
            <w:tcW w:type="dxa" w:w="504"/>
          </w:tcPr>
          <w:p>
            <w:pPr>
              <w:spacing w:after="30" w:before="30"/>
            </w:pPr>
            <w:r>
              <w:t>19</w:t>
            </w:r>
          </w:p>
        </w:tc>
        <w:tc>
          <w:tcPr>
            <w:tcW w:type="dxa" w:w="7344"/>
          </w:tcPr>
          <w:p>
            <w:pPr>
              <w:spacing w:after="30" w:before="30"/>
            </w:pPr>
            <w:r>
              <w:t>I find it relatively easy to get close to my partner.</w:t>
            </w:r>
          </w:p>
        </w:tc>
        <w:tc>
          <w:tcPr>
            <w:tcW w:type="dxa" w:w="1872"/>
          </w:tcPr>
          <w:p>
            <w:pPr>
              <w:spacing w:after="30" w:before="30"/>
            </w:pPr>
            <w:r>
              <w:rPr>
                <w:sz w:val="18"/>
              </w:rPr>
              <w:t>1  2  3  4  5  6  7</w:t>
            </w:r>
          </w:p>
        </w:tc>
      </w:tr>
      <w:tr>
        <w:trPr>
          <w:cantSplit/>
        </w:trPr>
        <w:tc>
          <w:tcPr>
            <w:tcW w:type="dxa" w:w="504"/>
          </w:tcPr>
          <w:p>
            <w:pPr>
              <w:spacing w:after="30" w:before="30"/>
            </w:pPr>
            <w:r>
              <w:t>20</w:t>
            </w:r>
          </w:p>
        </w:tc>
        <w:tc>
          <w:tcPr>
            <w:tcW w:type="dxa" w:w="7344"/>
          </w:tcPr>
          <w:p>
            <w:pPr>
              <w:spacing w:after="30" w:before="30"/>
            </w:pPr>
            <w:r>
              <w:t>Sometimes I feel that I force my partners to show more feeling, more commitment.</w:t>
            </w:r>
          </w:p>
        </w:tc>
        <w:tc>
          <w:tcPr>
            <w:tcW w:type="dxa" w:w="1872"/>
          </w:tcPr>
          <w:p>
            <w:pPr>
              <w:spacing w:after="30" w:before="30"/>
            </w:pPr>
            <w:r>
              <w:rPr>
                <w:sz w:val="18"/>
              </w:rPr>
              <w:t>1  2  3  4  5  6  7</w:t>
            </w:r>
          </w:p>
        </w:tc>
      </w:tr>
      <w:tr>
        <w:trPr>
          <w:cantSplit/>
        </w:trPr>
        <w:tc>
          <w:tcPr>
            <w:tcW w:type="dxa" w:w="504"/>
          </w:tcPr>
          <w:p>
            <w:pPr>
              <w:spacing w:after="30" w:before="30"/>
            </w:pPr>
            <w:r>
              <w:t>21</w:t>
            </w:r>
          </w:p>
        </w:tc>
        <w:tc>
          <w:tcPr>
            <w:tcW w:type="dxa" w:w="7344"/>
          </w:tcPr>
          <w:p>
            <w:pPr>
              <w:spacing w:after="30" w:before="30"/>
            </w:pPr>
            <w:r>
              <w:t>I find it difficult to allow myself to depend on romantic partners.</w:t>
            </w:r>
          </w:p>
        </w:tc>
        <w:tc>
          <w:tcPr>
            <w:tcW w:type="dxa" w:w="1872"/>
          </w:tcPr>
          <w:p>
            <w:pPr>
              <w:spacing w:after="30" w:before="30"/>
            </w:pPr>
            <w:r>
              <w:rPr>
                <w:sz w:val="18"/>
              </w:rPr>
              <w:t>1  2  3  4  5  6  7</w:t>
            </w:r>
          </w:p>
        </w:tc>
      </w:tr>
      <w:tr>
        <w:trPr>
          <w:cantSplit/>
        </w:trPr>
        <w:tc>
          <w:tcPr>
            <w:tcW w:type="dxa" w:w="504"/>
          </w:tcPr>
          <w:p>
            <w:pPr>
              <w:spacing w:after="30" w:before="30"/>
            </w:pPr>
            <w:r>
              <w:t>22</w:t>
            </w:r>
          </w:p>
        </w:tc>
        <w:tc>
          <w:tcPr>
            <w:tcW w:type="dxa" w:w="7344"/>
          </w:tcPr>
          <w:p>
            <w:pPr>
              <w:spacing w:after="30" w:before="30"/>
            </w:pPr>
            <w:r>
              <w:t>I do not often worry about being abandoned.</w:t>
            </w:r>
          </w:p>
        </w:tc>
        <w:tc>
          <w:tcPr>
            <w:tcW w:type="dxa" w:w="1872"/>
          </w:tcPr>
          <w:p>
            <w:pPr>
              <w:spacing w:after="30" w:before="30"/>
            </w:pPr>
            <w:r>
              <w:rPr>
                <w:sz w:val="18"/>
              </w:rPr>
              <w:t>1  2  3  4  5  6  7</w:t>
            </w:r>
          </w:p>
        </w:tc>
      </w:tr>
      <w:tr>
        <w:trPr>
          <w:cantSplit/>
        </w:trPr>
        <w:tc>
          <w:tcPr>
            <w:tcW w:type="dxa" w:w="504"/>
          </w:tcPr>
          <w:p>
            <w:pPr>
              <w:spacing w:after="30" w:before="30"/>
            </w:pPr>
            <w:r>
              <w:t>23</w:t>
            </w:r>
          </w:p>
        </w:tc>
        <w:tc>
          <w:tcPr>
            <w:tcW w:type="dxa" w:w="7344"/>
          </w:tcPr>
          <w:p>
            <w:pPr>
              <w:spacing w:after="30" w:before="30"/>
            </w:pPr>
            <w:r>
              <w:t>I prefer not to be too close to romantic partners.</w:t>
            </w:r>
          </w:p>
        </w:tc>
        <w:tc>
          <w:tcPr>
            <w:tcW w:type="dxa" w:w="1872"/>
          </w:tcPr>
          <w:p>
            <w:pPr>
              <w:spacing w:after="30" w:before="30"/>
            </w:pPr>
            <w:r>
              <w:rPr>
                <w:sz w:val="18"/>
              </w:rPr>
              <w:t>1  2  3  4  5  6  7</w:t>
            </w:r>
          </w:p>
        </w:tc>
      </w:tr>
      <w:tr>
        <w:trPr>
          <w:cantSplit/>
        </w:trPr>
        <w:tc>
          <w:tcPr>
            <w:tcW w:type="dxa" w:w="504"/>
          </w:tcPr>
          <w:p>
            <w:pPr>
              <w:spacing w:after="30" w:before="30"/>
            </w:pPr>
            <w:r>
              <w:t>24</w:t>
            </w:r>
          </w:p>
        </w:tc>
        <w:tc>
          <w:tcPr>
            <w:tcW w:type="dxa" w:w="7344"/>
          </w:tcPr>
          <w:p>
            <w:pPr>
              <w:spacing w:after="30" w:before="30"/>
            </w:pPr>
            <w:r>
              <w:t>If I can’t get my partner to show interest in me, I get upset or angry.</w:t>
            </w:r>
          </w:p>
        </w:tc>
        <w:tc>
          <w:tcPr>
            <w:tcW w:type="dxa" w:w="1872"/>
          </w:tcPr>
          <w:p>
            <w:pPr>
              <w:spacing w:after="30" w:before="30"/>
            </w:pPr>
            <w:r>
              <w:rPr>
                <w:sz w:val="18"/>
              </w:rPr>
              <w:t>1  2  3  4  5  6  7</w:t>
            </w:r>
          </w:p>
        </w:tc>
      </w:tr>
      <w:tr>
        <w:trPr>
          <w:cantSplit/>
        </w:trPr>
        <w:tc>
          <w:tcPr>
            <w:tcW w:type="dxa" w:w="504"/>
          </w:tcPr>
          <w:p>
            <w:pPr>
              <w:spacing w:after="30" w:before="30"/>
            </w:pPr>
            <w:r>
              <w:t>25</w:t>
            </w:r>
          </w:p>
        </w:tc>
        <w:tc>
          <w:tcPr>
            <w:tcW w:type="dxa" w:w="7344"/>
          </w:tcPr>
          <w:p>
            <w:pPr>
              <w:spacing w:after="30" w:before="30"/>
            </w:pPr>
            <w:r>
              <w:t>I tell my partner just about everything.</w:t>
            </w:r>
          </w:p>
        </w:tc>
        <w:tc>
          <w:tcPr>
            <w:tcW w:type="dxa" w:w="1872"/>
          </w:tcPr>
          <w:p>
            <w:pPr>
              <w:spacing w:after="30" w:before="30"/>
            </w:pPr>
            <w:r>
              <w:rPr>
                <w:sz w:val="18"/>
              </w:rPr>
              <w:t>1  2  3  4  5  6  7</w:t>
            </w:r>
          </w:p>
        </w:tc>
      </w:tr>
      <w:tr>
        <w:trPr>
          <w:cantSplit/>
        </w:trPr>
        <w:tc>
          <w:tcPr>
            <w:tcW w:type="dxa" w:w="504"/>
          </w:tcPr>
          <w:p>
            <w:pPr>
              <w:spacing w:after="30" w:before="30"/>
            </w:pPr>
            <w:r>
              <w:t>26</w:t>
            </w:r>
          </w:p>
        </w:tc>
        <w:tc>
          <w:tcPr>
            <w:tcW w:type="dxa" w:w="7344"/>
          </w:tcPr>
          <w:p>
            <w:pPr>
              <w:spacing w:after="30" w:before="30"/>
            </w:pPr>
            <w:r>
              <w:t>I find that my partners don’t want to get as close as I would like.</w:t>
            </w:r>
          </w:p>
        </w:tc>
        <w:tc>
          <w:tcPr>
            <w:tcW w:type="dxa" w:w="1872"/>
          </w:tcPr>
          <w:p>
            <w:pPr>
              <w:spacing w:after="30" w:before="30"/>
            </w:pPr>
            <w:r>
              <w:rPr>
                <w:sz w:val="18"/>
              </w:rPr>
              <w:t>1  2  3  4  5  6  7</w:t>
            </w:r>
          </w:p>
        </w:tc>
      </w:tr>
      <w:tr>
        <w:trPr>
          <w:cantSplit/>
        </w:trPr>
        <w:tc>
          <w:tcPr>
            <w:tcW w:type="dxa" w:w="504"/>
          </w:tcPr>
          <w:p>
            <w:pPr>
              <w:spacing w:after="30" w:before="30"/>
            </w:pPr>
            <w:r>
              <w:t>27</w:t>
            </w:r>
          </w:p>
        </w:tc>
        <w:tc>
          <w:tcPr>
            <w:tcW w:type="dxa" w:w="7344"/>
          </w:tcPr>
          <w:p>
            <w:pPr>
              <w:spacing w:after="30" w:before="30"/>
            </w:pPr>
            <w:r>
              <w:t>I usually discuss my problems and concerns with my partner.</w:t>
            </w:r>
          </w:p>
        </w:tc>
        <w:tc>
          <w:tcPr>
            <w:tcW w:type="dxa" w:w="1872"/>
          </w:tcPr>
          <w:p>
            <w:pPr>
              <w:spacing w:after="30" w:before="30"/>
            </w:pPr>
            <w:r>
              <w:rPr>
                <w:sz w:val="18"/>
              </w:rPr>
              <w:t>1  2  3  4  5  6  7</w:t>
            </w:r>
          </w:p>
        </w:tc>
      </w:tr>
      <w:tr>
        <w:trPr>
          <w:cantSplit/>
        </w:trPr>
        <w:tc>
          <w:tcPr>
            <w:tcW w:type="dxa" w:w="504"/>
          </w:tcPr>
          <w:p>
            <w:pPr>
              <w:spacing w:after="30" w:before="30"/>
            </w:pPr>
            <w:r>
              <w:t>28</w:t>
            </w:r>
          </w:p>
        </w:tc>
        <w:tc>
          <w:tcPr>
            <w:tcW w:type="dxa" w:w="7344"/>
          </w:tcPr>
          <w:p>
            <w:pPr>
              <w:spacing w:after="30" w:before="30"/>
            </w:pPr>
            <w:r>
              <w:t>When I’m not involved in a relationship, I feel somewhat anxious and insecure.</w:t>
            </w:r>
          </w:p>
        </w:tc>
        <w:tc>
          <w:tcPr>
            <w:tcW w:type="dxa" w:w="1872"/>
          </w:tcPr>
          <w:p>
            <w:pPr>
              <w:spacing w:after="30" w:before="30"/>
            </w:pPr>
            <w:r>
              <w:rPr>
                <w:sz w:val="18"/>
              </w:rPr>
              <w:t>1  2  3  4  5  6  7</w:t>
            </w:r>
          </w:p>
        </w:tc>
      </w:tr>
      <w:tr>
        <w:trPr>
          <w:cantSplit/>
        </w:trPr>
        <w:tc>
          <w:tcPr>
            <w:tcW w:type="dxa" w:w="504"/>
          </w:tcPr>
          <w:p>
            <w:pPr>
              <w:spacing w:after="30" w:before="30"/>
            </w:pPr>
            <w:r>
              <w:t>29</w:t>
            </w:r>
          </w:p>
        </w:tc>
        <w:tc>
          <w:tcPr>
            <w:tcW w:type="dxa" w:w="7344"/>
          </w:tcPr>
          <w:p>
            <w:pPr>
              <w:spacing w:after="30" w:before="30"/>
            </w:pPr>
            <w:r>
              <w:t>I feel comfortable depending on romantic partners.</w:t>
            </w:r>
          </w:p>
        </w:tc>
        <w:tc>
          <w:tcPr>
            <w:tcW w:type="dxa" w:w="1872"/>
          </w:tcPr>
          <w:p>
            <w:pPr>
              <w:spacing w:after="30" w:before="30"/>
            </w:pPr>
            <w:r>
              <w:rPr>
                <w:sz w:val="18"/>
              </w:rPr>
              <w:t>1  2  3  4  5  6  7</w:t>
            </w:r>
          </w:p>
        </w:tc>
      </w:tr>
      <w:tr>
        <w:trPr>
          <w:cantSplit/>
        </w:trPr>
        <w:tc>
          <w:tcPr>
            <w:tcW w:type="dxa" w:w="504"/>
          </w:tcPr>
          <w:p>
            <w:pPr>
              <w:spacing w:after="30" w:before="30"/>
            </w:pPr>
            <w:r>
              <w:t>30</w:t>
            </w:r>
          </w:p>
        </w:tc>
        <w:tc>
          <w:tcPr>
            <w:tcW w:type="dxa" w:w="7344"/>
          </w:tcPr>
          <w:p>
            <w:pPr>
              <w:spacing w:after="30" w:before="30"/>
            </w:pPr>
            <w:r>
              <w:t>I get frustrated when my partner is not around as much as I would like.</w:t>
            </w:r>
          </w:p>
        </w:tc>
        <w:tc>
          <w:tcPr>
            <w:tcW w:type="dxa" w:w="1872"/>
          </w:tcPr>
          <w:p>
            <w:pPr>
              <w:spacing w:after="30" w:before="30"/>
            </w:pPr>
            <w:r>
              <w:rPr>
                <w:sz w:val="18"/>
              </w:rPr>
              <w:t>1  2  3  4  5  6  7</w:t>
            </w:r>
          </w:p>
        </w:tc>
      </w:tr>
      <w:tr>
        <w:trPr>
          <w:cantSplit/>
        </w:trPr>
        <w:tc>
          <w:tcPr>
            <w:tcW w:type="dxa" w:w="504"/>
          </w:tcPr>
          <w:p>
            <w:pPr>
              <w:spacing w:after="30" w:before="30"/>
            </w:pPr>
            <w:r>
              <w:t>31</w:t>
            </w:r>
          </w:p>
        </w:tc>
        <w:tc>
          <w:tcPr>
            <w:tcW w:type="dxa" w:w="7344"/>
          </w:tcPr>
          <w:p>
            <w:pPr>
              <w:spacing w:after="30" w:before="30"/>
            </w:pPr>
            <w:r>
              <w:t>I don’t mind asking romantic partners for comfort, advice , or help.</w:t>
            </w:r>
          </w:p>
        </w:tc>
        <w:tc>
          <w:tcPr>
            <w:tcW w:type="dxa" w:w="1872"/>
          </w:tcPr>
          <w:p>
            <w:pPr>
              <w:spacing w:after="30" w:before="30"/>
            </w:pPr>
            <w:r>
              <w:rPr>
                <w:sz w:val="18"/>
              </w:rPr>
              <w:t>1  2  3  4  5  6  7</w:t>
            </w:r>
          </w:p>
        </w:tc>
      </w:tr>
      <w:tr>
        <w:trPr>
          <w:cantSplit/>
        </w:trPr>
        <w:tc>
          <w:tcPr>
            <w:tcW w:type="dxa" w:w="504"/>
          </w:tcPr>
          <w:p>
            <w:pPr>
              <w:spacing w:after="30" w:before="30"/>
            </w:pPr>
            <w:r>
              <w:t>32</w:t>
            </w:r>
          </w:p>
        </w:tc>
        <w:tc>
          <w:tcPr>
            <w:tcW w:type="dxa" w:w="7344"/>
          </w:tcPr>
          <w:p>
            <w:pPr>
              <w:spacing w:after="30" w:before="30"/>
            </w:pPr>
            <w:r>
              <w:t>I get frustrated if romantic partners are not available when I need them.</w:t>
            </w:r>
          </w:p>
        </w:tc>
        <w:tc>
          <w:tcPr>
            <w:tcW w:type="dxa" w:w="1872"/>
          </w:tcPr>
          <w:p>
            <w:pPr>
              <w:spacing w:after="30" w:before="30"/>
            </w:pPr>
            <w:r>
              <w:rPr>
                <w:sz w:val="18"/>
              </w:rPr>
              <w:t>1  2  3  4  5  6  7</w:t>
            </w:r>
          </w:p>
        </w:tc>
      </w:tr>
      <w:tr>
        <w:trPr>
          <w:cantSplit/>
        </w:trPr>
        <w:tc>
          <w:tcPr>
            <w:tcW w:type="dxa" w:w="504"/>
          </w:tcPr>
          <w:p>
            <w:pPr>
              <w:spacing w:after="30" w:before="30"/>
            </w:pPr>
            <w:r>
              <w:t>33</w:t>
            </w:r>
          </w:p>
        </w:tc>
        <w:tc>
          <w:tcPr>
            <w:tcW w:type="dxa" w:w="7344"/>
          </w:tcPr>
          <w:p>
            <w:pPr>
              <w:spacing w:after="30" w:before="30"/>
            </w:pPr>
            <w:r>
              <w:t>It helps to turn to my romantic partner in time of need.</w:t>
            </w:r>
          </w:p>
        </w:tc>
        <w:tc>
          <w:tcPr>
            <w:tcW w:type="dxa" w:w="1872"/>
          </w:tcPr>
          <w:p>
            <w:pPr>
              <w:spacing w:after="30" w:before="30"/>
            </w:pPr>
            <w:r>
              <w:rPr>
                <w:sz w:val="18"/>
              </w:rPr>
              <w:t>1  2  3  4  5  6  7</w:t>
            </w:r>
          </w:p>
        </w:tc>
      </w:tr>
      <w:tr>
        <w:trPr>
          <w:cantSplit/>
        </w:trPr>
        <w:tc>
          <w:tcPr>
            <w:tcW w:type="dxa" w:w="504"/>
          </w:tcPr>
          <w:p>
            <w:pPr>
              <w:spacing w:after="30" w:before="30"/>
            </w:pPr>
            <w:r>
              <w:t>34</w:t>
            </w:r>
          </w:p>
        </w:tc>
        <w:tc>
          <w:tcPr>
            <w:tcW w:type="dxa" w:w="7344"/>
          </w:tcPr>
          <w:p>
            <w:pPr>
              <w:spacing w:after="30" w:before="30"/>
            </w:pPr>
            <w:r>
              <w:t>When romantic partners disapprove of me, I feel really bad about myself.</w:t>
            </w:r>
          </w:p>
        </w:tc>
        <w:tc>
          <w:tcPr>
            <w:tcW w:type="dxa" w:w="1872"/>
          </w:tcPr>
          <w:p>
            <w:pPr>
              <w:spacing w:after="30" w:before="30"/>
            </w:pPr>
            <w:r>
              <w:rPr>
                <w:sz w:val="18"/>
              </w:rPr>
              <w:t>1  2  3  4  5  6  7</w:t>
            </w:r>
          </w:p>
        </w:tc>
      </w:tr>
      <w:tr>
        <w:trPr>
          <w:cantSplit/>
        </w:trPr>
        <w:tc>
          <w:tcPr>
            <w:tcW w:type="dxa" w:w="504"/>
          </w:tcPr>
          <w:p>
            <w:pPr>
              <w:spacing w:after="30" w:before="30"/>
            </w:pPr>
            <w:r>
              <w:t>35</w:t>
            </w:r>
          </w:p>
        </w:tc>
        <w:tc>
          <w:tcPr>
            <w:tcW w:type="dxa" w:w="7344"/>
          </w:tcPr>
          <w:p>
            <w:pPr>
              <w:spacing w:after="30" w:before="30"/>
            </w:pPr>
            <w:r>
              <w:t>I turn to my partner for many things, including comfort and reassurance.</w:t>
            </w:r>
          </w:p>
        </w:tc>
        <w:tc>
          <w:tcPr>
            <w:tcW w:type="dxa" w:w="1872"/>
          </w:tcPr>
          <w:p>
            <w:pPr>
              <w:spacing w:after="30" w:before="30"/>
            </w:pPr>
            <w:r>
              <w:rPr>
                <w:sz w:val="18"/>
              </w:rPr>
              <w:t>1  2  3  4  5  6  7</w:t>
            </w:r>
          </w:p>
        </w:tc>
      </w:tr>
      <w:tr>
        <w:trPr>
          <w:cantSplit/>
        </w:trPr>
        <w:tc>
          <w:tcPr>
            <w:tcW w:type="dxa" w:w="504"/>
          </w:tcPr>
          <w:p>
            <w:pPr>
              <w:spacing w:after="30" w:before="30"/>
            </w:pPr>
            <w:r>
              <w:t>36</w:t>
            </w:r>
          </w:p>
        </w:tc>
        <w:tc>
          <w:tcPr>
            <w:tcW w:type="dxa" w:w="7344"/>
          </w:tcPr>
          <w:p>
            <w:pPr>
              <w:spacing w:after="30" w:before="30"/>
            </w:pPr>
            <w:r>
              <w:t>I resent it when my partner spends time away from me.</w:t>
            </w:r>
          </w:p>
        </w:tc>
        <w:tc>
          <w:tcPr>
            <w:tcW w:type="dxa" w:w="1872"/>
          </w:tcPr>
          <w:p>
            <w:pPr>
              <w:spacing w:after="30" w:before="30"/>
            </w:pPr>
            <w:r>
              <w:rPr>
                <w:sz w:val="18"/>
              </w:rPr>
              <w:t>1  2  3  4  5  6  7</w:t>
            </w:r>
          </w:p>
        </w:tc>
      </w:tr>
    </w:tbl>
    <w:p>
      <w:pPr>
        <w:pStyle w:val="Heading1"/>
      </w:pPr>
      <w:r>
        <w:t>Scoring notes from the source</w:t>
      </w:r>
    </w:p>
    <w:p>
      <w:r>
        <w:t>Attachment anxiety: Even numbers (reversed: 22)</w:t>
      </w:r>
    </w:p>
    <w:p>
      <w:r>
        <w:t>Attachment avoidance: Uneven numbers (reversed: 3, 15, 19, 25, 27, 29, 31, 33, 35)</w:t>
      </w:r>
    </w:p>
    <w:p>
      <w:pPr>
        <w:pStyle w:val="Heading1"/>
      </w:pPr>
      <w:r>
        <w:t>Source and use</w:t>
      </w:r>
    </w:p>
    <w:p>
      <w:r>
        <w:t>Source: https://rocd.net/attachment-insecurities/</w:t>
      </w:r>
    </w:p>
    <w:p>
      <w:r>
        <w:t>Printable copy of the English questionnaire displayed on ROCD.net. Item wording and numbering are retained. This formatted copy does not establish new validation or diagnostic thresholds. Consult the cited authors and original publication for interpretation and conditions of use.</w:t>
      </w:r>
    </w:p>
    <w:sectPr w:rsidR="00FC693F" w:rsidRPr="0006063C" w:rsidSect="00034616">
      <w:footerReference w:type="default" r:id="rId9"/>
      <w:pgSz w:w="11909" w:h="16834"/>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ROCD.net | Printable copy | 27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pPr>
    <w:rPr>
      <w:rFonts w:ascii="Arial" w:hAnsi="Arial"/>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Experiences in Close Relationships</dc:title>
  <dc:subject/>
  <dc:creator>ROCD Research Unit</dc:creator>
  <cp:keywords/>
  <dc:description>generated by python-docx</dc:description>
  <cp:lastModifiedBy/>
  <cp:revision>1</cp:revision>
  <dcterms:created xsi:type="dcterms:W3CDTF">2013-12-23T23:15:00Z</dcterms:created>
  <dcterms:modified xsi:type="dcterms:W3CDTF">2013-12-23T23:15:00Z</dcterms:modified>
  <cp:category/>
</cp:coreProperties>
</file>